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Modelisation et commande  d'un systeme photovoltaique.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Hamza; Azzedine/ University badji mokhtar/ Abbassi, Ahmed/ </w:t>
            </w:r>
          </w:p>
        </w:tc>
      </w:tr>
      <w:tr>
        <w:trPr>
          <w:trHeight w:val="567"/>
        </w:trPr>
        <w:tc>
          <w:tcPr>
            <w:tcW w:type="dxa" w:w="3000"/>
          </w:tcPr>
          <w:p>
            <w:r>
              <w:t>Nombre de Pages</w:t>
            </w:r>
          </w:p>
        </w:tc>
        <w:tc>
          <w:tcPr>
            <w:tcW w:type="dxa" w:w="7000"/>
          </w:tcPr>
          <w:p>
            <w:r>
              <w:t>93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Bibliogr.p.p.92-93.-Résumé en arabe -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2011</w:t>
            </w:r>
          </w:p>
        </w:tc>
      </w:tr>
      <w:tr>
        <w:trPr>
          <w:trHeight w:val="567"/>
        </w:trPr>
        <w:tc>
          <w:tcPr>
            <w:tcW w:type="dxa" w:w="3000"/>
          </w:tcPr>
          <w:p>
            <w:r>
              <w:t>Sujet(s)</w:t>
            </w:r>
          </w:p>
        </w:tc>
        <w:tc>
          <w:tcPr>
            <w:tcW w:type="dxa" w:w="7000"/>
          </w:tcPr>
          <w:p>
            <w:r>
              <w:t xml:space="preserve">simulation/ algorithme/ implementation/ systeme photovoltaique/ l'énergie renouvelable./ </w:t>
            </w:r>
          </w:p>
        </w:tc>
      </w:tr>
    </w:tbl>
    <w:p>
      <w:pPr>
        <w:pStyle w:val="Heading3"/>
      </w:pPr>
      <w:r>
        <w:t>Résumé :</w:t>
      </w:r>
    </w:p>
    <w:p>
      <w:r>
        <w:t>L'électricité photovoltaïque est une source importante d'énergie renouvelable. Cependant, son système de conversion d'énergie en électricité sol!ffie souvent d'un manque d'optimisation, dont le point de puissance maximale dépend aux variations des conditions météorologiques ou de la charge. D'où, une poursuite en temps réel du point optimal de fonctionnement (MPP : Maximum Power Point) est nécessaire pour optimiser le rendement du système. Dans ce travail, on présente une étude comparative entre un système directement couplé et un autre contrôlé par une commande MPPT la plus répandue (P&amp;.0 ou Cond-Inc), pour ce fait, une conception globale du système photovoltaïque et des études théoriques profondes de chaque composant du système pour une modélisation précise sont développées, Un model fonctionnel de la cellule PV incluant J' effet de l'irradiation et le changement de la température est représenté par l'utilisation du circuit équivalent, une modélisation des différentes charges les plus utilisées dans les systèmes Photovoltaïques autonomes est présentés, des simulations à des i"adiations réelles sontfait, l'implémentation des algorithmes MPPT a démontré le rapport cout-efficacité, simplicité et le bon rendement du système. Alors un système photovoltaïque,</w:t>
        <w:br/>
        <w:br/>
        <w:t>composé d'un module PV, d'un convertisseur CC-CC, d'un contrôleur MPP et d'une charge résistive, batterie ou une pompe, est modélisé et simulé dans MA TUB.</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