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Définition et réalisation d'un système multiprocesseur destiné a la simulation d'un processus physique continu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Guettache; Farid/ Université Houari Boumédienne/ Dahel, A/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Bibliogr.p.1-4.</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Systeme multiprocesseur/ un processus physique/ la simulation/ l'ordonnancement des taches./ </w:t>
            </w:r>
          </w:p>
        </w:tc>
      </w:tr>
    </w:tbl>
    <w:p>
      <w:pPr>
        <w:pStyle w:val="Heading3"/>
      </w:pPr>
      <w:r>
        <w:t>Résumé :</w:t>
      </w:r>
    </w:p>
    <w:p>
      <w:r>
        <w:t>Le présent travail no,-ts a permis de se familiariser avec les architectures paralléle5 , en particulier les multi processeurs MI MD , et les problèmes qui leurs sont inh'rents . Nous nous sommes spécialement intél-éSSéS aux structures à mémoire partagée et a contrdle centralis~ .En outre une attention particulière a .té accord~e aussi bien au problOme du</w:t>
        <w:br/>
        <w:br/>
        <w:t>partitionnement et de l'allocation des tAches qu'â celui de l'adaptabilité et des performances Cet interêt s'est concretis~ par l'étude et la réalisation d'une machine multiprocesseur. Il est apparu que certains algorithmes num~riques à caractère itératif peuvent etred~composés aisément en modules dont l'execution est parallleLes résultats obtenus pour l'application choisie ont été ceux escomptés .Au niveau des performances un qain appréciable en puissance de calcul, grAce .une intér.ssante adaptabilité de l'application à l'architecture, a été obtenu Notre travail a souffert de deux handicaps -les microprocesseurs huit ( B ) bits ne sont pas bien adaptés a évoluer en environnement multiprocesseur en raison de l'absence de signaux ad.quats permettant la conne xion sur un bus multiprocesseur ( siqnal demande de bus par exemple} et de machanismes logiciels ad.quats du type ins truction TEST and SET -l'absence d'un outil de daveloppement permettant l'emulation simultan~e de plusieurs processeurs Notre ~tude est loin df~puiser les PQssibilit~s d'amé</w:t>
        <w:br/>
        <w:br/>
        <w:t>lioration des performances d'une telle architecture. Il est possible d'agir au triple plan: technologique, architectural</w:t>
        <w:br/>
        <w:br/>
        <w:t>et logiciel Nous pensons que la suite de travail pourrait consister à -utiliser des microprc.cesseurs lE./32 bits qui sont plus' adaptés aussi bien poélr le traitement, numerique que pour evoluel dans un environnement multipt"ocesseur .Ils ont eté dotés a cet effet d'outils sp~cifiques : processeurs arithmetiques tt-es puissants contréleurs et arbitt-es de bus  ultiproce5seur , etI de m~chanisme5 appropri~s ( siqnal demande de bus et in5tru ction test and set ) -agir au niveau de l'organisation et la structure des donnEfes partagées de telle mani~re à reduire les conflits d'acc ~5 et permettre des acc~5 simultanés performants -etudier la possibilité d'utilisation de r~seaux de communication plus performants permettants des accès siIt\ultanés à plusieut-s bancs mémoires -étudier la possibilitë d' Qtendt-e le nombre de pt.-oce sseurs sur le bus en surveillant l'avolution du tht"oughput Au niveau des applications on pourrait songer à ét,endre le champ des problémes susceptibles d'être traités sur le5 multiprocesseur5 .On peut éalement 5onqer A dOtecter de nouveaux niveaux de paralléli5me dans les prohlémes it.ratifs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