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Parallel processing techniques for power system reliability evaluation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El maouhab; Ali/ Université de London/ </w:t>
            </w:r>
          </w:p>
        </w:tc>
      </w:tr>
      <w:tr>
        <w:trPr>
          <w:trHeight w:val="567"/>
        </w:trPr>
        <w:tc>
          <w:tcPr>
            <w:tcW w:type="dxa" w:w="3000"/>
          </w:tcPr>
          <w:p>
            <w:r>
              <w:t>Nombre de Pages</w:t>
            </w:r>
          </w:p>
        </w:tc>
        <w:tc>
          <w:tcPr>
            <w:tcW w:type="dxa" w:w="7000"/>
          </w:tcPr>
          <w:p>
            <w:r>
              <w:t>132 f.</w:t>
            </w:r>
          </w:p>
        </w:tc>
      </w:tr>
      <w:tr>
        <w:trPr>
          <w:trHeight w:val="567"/>
        </w:trPr>
        <w:tc>
          <w:tcPr>
            <w:tcW w:type="dxa" w:w="3000"/>
          </w:tcPr>
          <w:p>
            <w:r>
              <w:t>Illustration</w:t>
            </w:r>
          </w:p>
        </w:tc>
        <w:tc>
          <w:tcPr>
            <w:tcW w:type="dxa" w:w="7000"/>
          </w:tcPr>
          <w:p>
            <w:r>
              <w:t>tabl., fig.</w:t>
            </w:r>
          </w:p>
        </w:tc>
      </w:tr>
      <w:tr>
        <w:trPr>
          <w:trHeight w:val="567"/>
        </w:trPr>
        <w:tc>
          <w:tcPr>
            <w:tcW w:type="dxa" w:w="3000"/>
          </w:tcPr>
          <w:p>
            <w:r>
              <w:t>Format</w:t>
            </w:r>
          </w:p>
        </w:tc>
        <w:tc>
          <w:tcPr>
            <w:tcW w:type="dxa" w:w="7000"/>
          </w:tcPr>
          <w:p>
            <w:r>
              <w:t>31 cm.</w:t>
            </w:r>
          </w:p>
        </w:tc>
      </w:tr>
      <w:tr>
        <w:trPr>
          <w:trHeight w:val="567"/>
        </w:trPr>
        <w:tc>
          <w:tcPr>
            <w:tcW w:type="dxa" w:w="3000"/>
          </w:tcPr>
          <w:p>
            <w:r>
              <w:t>Notes Générales</w:t>
            </w:r>
          </w:p>
        </w:tc>
        <w:tc>
          <w:tcPr>
            <w:tcW w:type="dxa" w:w="7000"/>
          </w:tcPr>
          <w:p>
            <w:r>
              <w:t>Bibliogr.p.p.104-112.</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London</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Algorithm/ Parallel/ power system/ reliability evaluation./ </w:t>
            </w:r>
          </w:p>
        </w:tc>
      </w:tr>
    </w:tbl>
    <w:p>
      <w:pPr>
        <w:pStyle w:val="Heading3"/>
      </w:pPr>
      <w:r>
        <w:t>Résumé :</w:t>
      </w:r>
    </w:p>
    <w:p>
      <w:r>
        <w:t>The thesis is concerned wlth the application of Distributed Array Processors( DAP ) to the evaluation of power system reliability, with special reference to the determlnation of minimal cutsets for network reliabllity and the loss of load expectation ( LOLE ) for generation systems.The first part of the thesis is a survey of parallel computing. In this part, two different types of parallel computers are described, the pipelined computer and the array processor with special emphasis on the DAP and its features. This latter wilt be used in this study. The second part presents an algorithm for determining basic minimal paths</w:t>
        <w:tab/>
        <w:t>and minimal cutsets using CAP techniques. In this algorithm, two methods are developed, the determination of basic minimal paths using DAP and the third order cutsets. However within the algorithm soma parallel</w:t>
        <w:br/>
        <w:br/>
        <w:t>programming techniques are described since thair role can not be neglected. The third part presents an algorithm for determination of ross of road expectation also using DAP techniques. This algorithm is completely new for parallel processing. It is composed of two parts, the building of the Joad model which is the major part and the determjnation of LOLE index itself . / The fourth part is a case study where the algorithms are applied using the IEEE 14 bus system, and the final part Is a conctuding discussion which evaluates the potentiat for future development of the techniques.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