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 hardware system that turus a microcomputer into a digital storage e scilloscope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Dekhili; A./ Université de Wales/ </w:t>
            </w:r>
          </w:p>
        </w:tc>
      </w:tr>
      <w:tr>
        <w:trPr>
          <w:trHeight w:val="567"/>
        </w:trPr>
        <w:tc>
          <w:tcPr>
            <w:tcW w:type="dxa" w:w="3000"/>
          </w:tcPr>
          <w:p>
            <w:r>
              <w:t>Nombre de Pages</w:t>
            </w:r>
          </w:p>
        </w:tc>
        <w:tc>
          <w:tcPr>
            <w:tcW w:type="dxa" w:w="7000"/>
          </w:tcPr>
          <w:p>
            <w:r>
              <w:t>280f.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Bibliogr.p.p.188-194.</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system/ Hardware/ microcomputer/ the digital storage/ scilloscope ./ </w:t>
            </w:r>
          </w:p>
        </w:tc>
      </w:tr>
    </w:tbl>
    <w:p>
      <w:pPr>
        <w:pStyle w:val="Heading3"/>
      </w:pPr>
      <w:r>
        <w:t>Résumé :</w:t>
      </w:r>
    </w:p>
    <w:p>
      <w:r>
        <w:t>The work described in this dissertation was carried in the out Department of Electrical and Electronic Engineering at  niversity College, Cardiff under the supervision of Dr. D.H. Horrocks, to \v hom the author wishes to express his greatest gratitude for the constant encouragement, interest, help and advice. Also, the effort of Mrs. Barbara Richards in the typing of this  issertation is greatly acknowledged.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