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CMOS VLSI circuits for the fermant number transform implementation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Bouridane; Ahmed/ Université de Newcastle/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Newcastle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circuit/ Algorithm/ implementation/ number/ Transform ./ </w:t>
            </w:r>
          </w:p>
        </w:tc>
      </w:tr>
    </w:tbl>
    <w:p>
      <w:pPr>
        <w:pStyle w:val="Heading3"/>
      </w:pPr>
      <w:r>
        <w:t>Résumé :</w:t>
      </w:r>
    </w:p>
    <w:p>
      <w:r>
        <w:t>Number theoretic transforms (NTTs) , unlike the Di.screte Fourier Transform (DFT), are defined in finite rings or fields of integers rather than in the field of complex numbers. A major advantage of NTTs is that they ar'p n(lt s'lbject to round off or truncation errors and can be used ta compute error free, fast and efficjent, digital convalutions and l;orre la t ions .</w:t>
        <w:br/>
        <w:br/>
        <w:t>In partJicular, the NTTs with a modlJlus of the form Ft=2b+l where b=2t and referred to as the Fermt:!.t number transforms (FNTs) , seem particularly attractive. These t,ransforms have t,he advantage that their transform lengths are a power of two, thllS making the Fast Fouri~r Transform algorithms (FFT) applicable for their cornputationFull custom VJJSI technology can be us~d ta lmplement FNTs since</w:t>
        <w:tab/>
        <w:t>the</w:t>
        <w:tab/>
        <w:t>constrain ts</w:t>
        <w:tab/>
        <w:t>assoc ia ted</w:t>
        <w:tab/>
        <w:t>wj. th</w:t>
        <w:tab/>
        <w:t>the</w:t>
        <w:tab/>
        <w:t>pecu l j.ar</w:t>
        <w:br/>
        <w:br/>
        <w:t>arithmetic of (b+1.) bits present no difficulty of implementation as for the standard 8-, 16 or 32-bit mjcroproce~sors.</w:t>
        <w:br/>
        <w:br/>
        <w:t>In this</w:t>
        <w:tab/>
        <w:t>thesis two</w:t>
        <w:tab/>
        <w:t>cascadable FNT section circuits were implemented using a 2.511m CMOS process.The first (~irc,lit lIses a=2 as the basic funcTion or the Nth root of the unjty, where N is transform length, and exploits ail the advanta,g~s of the techniques already rleveloped. The chip real j.sed ha,s clear advanta,ges in terms of speed, power consllmpt i on and area . In the</w:t>
        <w:tab/>
        <w:t>second design</w:t>
        <w:tab/>
        <w:t>a been</w:t>
        <w:tab/>
        <w:t>chosen as</w:t>
        <w:tab/>
        <w:t>{2 to</w:t>
        <w:tab/>
        <w:t>dollble</w:t>
        <w:tab/>
        <w:t>the tran~form l~ngth. ince powers</w:t>
        <w:tab/>
        <w:t>of 2</w:t>
        <w:tab/>
        <w:t>are also powers of !2 the impl~ment:atjorl has been simplified. The design ha~ resulted in</w:t>
        <w:tab/>
        <w:t>a rhi.p</w:t>
        <w:tab/>
        <w:t>tha,t can</w:t>
        <w:tab/>
        <w:t>be ca,scaded</w:t>
        <w:tab/>
        <w:t>along</w:t>
        <w:tab/>
        <w:t>wjth</w:t>
        <w:tab/>
        <w:t>the resi due multipl ier</w:t>
        <w:tab/>
        <w:t>designed to</w:t>
        <w:tab/>
        <w:t>constrtlct 1:1 f~st (:onvolver , Comparisons with</w:t>
        <w:tab/>
        <w:t>the commer&lt;'ially</w:t>
        <w:tab/>
        <w:t>available DSP chjps have been made and conclusion drawn on the feasibility of employing the FNT for convoluti.ons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