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système d'acquisition de données par microprocesseur d'une colonne de lixiviation par perfusion du minerai d'uranium coalix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Benallegue; Lamria/ Université Houari Boumédienne/ Sansal,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système/ acquisition/ Microprocesseur/ les données/ </w:t>
            </w:r>
          </w:p>
        </w:tc>
      </w:tr>
    </w:tbl>
    <w:p>
      <w:pPr>
        <w:pStyle w:val="Heading3"/>
      </w:pPr>
      <w:r>
        <w:t>Résumé :</w:t>
      </w:r>
    </w:p>
    <w:p>
      <w:r>
        <w:t>L'utilisationde l'électronique et de ma micro-informatique présenté des avantages certains par rapport aux méthodes nanuelles utilisées jusqu alors pour la conduite du procédé de lixiviation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