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spectrale des signaux de courte durée par la méthode D.F.T.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Belhamra; Abderrazek/ Belmekki/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application/ spectrale/ les signaux/ court/ analysées par la méthode 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 mémoire a porté 8Ur l'analyse spectrale des signaux aléatoire8 statiomlaires. . 'aTOne ,passé en revue quelques mé,thodes d tana11se spectrale tant ~ .8 que non ~triques en présentant de .façon 8UcciDte lem-s avq.. et inconyéDients, ainsi qu.~,leur champ d'application. Ceci a permis de .it1ler la méthode d'analYBe spectrale }8.r m-r, qui a .t"a.it l'objet de , 'tude en insistant sur les contraintes qui sont liées ~\l-util.i-tion tt. 8éthode pour l t ana118e des signaux de courte durée. ~! Le phén~6rre g-~~/.de fuite du speotre qui est 't à l-utili-tion de la D!'r t /Ji6UB a a.-ené à .étUdier des fenétre8 muon d'.pplication trés répendue en analyse spectrale, et qui tct Il.. propriéte. apectrales iritérre88ante8. . 1 ~ , .. ~f, La -thode d'anal,.e' spectrale proprement dite qui a éU 68 daD8 ce aé.oire ~ti1;ise la technique je -~~.:e temporel avec POndé</w:t>
        <w:tab/>
        <w:t>,</w:t>
        <w:tab/>
        <w:t>'</w:t>
        <w:tab/>
        <w:t>l</w:t>
        <w:tab/>
        <w:t>'" ., . On .t chevauchement' dè8 8egllents nalysée.</w:t>
        <w:br/>
        <w:br/>
        <w:t>.'4:,;, I~U8 avoDB procédé rtir 1 intluenc~ du pas de chevauchemen t ainsi sur la qualité statistiq~ de l'estimateur.</w:t>
        <w:br/>
        <w:br/>
        <w:t>à une étude théorique fàieant q,ue du type de pondéra~ Les résul tata théoriq,ue8 qui en découlent ont été</w:t>
        <w:br/>
        <w:br/>
        <w:t>étude en simulation n~riquei d'ou il res80rt que la nature la fenetre de pondération determine to~tement le biais de I. estimateur ; re l'influence de 1s. fenetret l'effet du pas de chevauchement est determlt dans la réduction de la variance.,</w:t>
        <w:br/>
        <w:br/>
        <w:t>Dsns une optique de compromis: précision statistique folU8e de calcul nous avons procédé à la détermiBation dtun pas de chevau:, . 'dM8ent opt~mal associé a chaque fenetre utilisée. La contribution de ce travail se si tue à ,In double ni.eau :,</w:t>
        <w:br/>
        <w:br/>
        <w:t>.Elle peut aider l'utilisateur de cette lnéthOOe a effectuer un choix conve ~le des paramétre8 (fenetres et chevauche8ent) en vue d'atteindre le .illeur compromis possible; précision / Temps de calcul. .Elle peut sel'vir de support péd'gogique pour un enseignement en traite nt du signa1 et plU8 I*rticuliéremei1t en &amp;l8.1y51i~ B~..ctral.e" Co-e suite à nç,tre 1;ravail. J't6 point8 8.~iv&amp;J'1~-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