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du système de traitement numérique d'images A. R. T. S. 84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Belhadj-aissa; Aichouche/ Université de Houari Boumédienne/ </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Bibliogr.p.04.</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algorithme/ Système de traitement numérique d'images/ camera vidéo/ la mémoire centrale./ </w:t>
            </w:r>
          </w:p>
        </w:tc>
      </w:tr>
    </w:tbl>
    <w:p>
      <w:pPr>
        <w:pStyle w:val="Heading3"/>
      </w:pPr>
      <w:r>
        <w:t>Résumé :</w:t>
      </w:r>
    </w:p>
    <w:p>
      <w:r>
        <w:t>L'objectif de ce travail ~tait d'obte'nir .par le biais', d'un système de traitement numérique d'images .' les paramàtr~)s de posi</w:t>
        <w:br/>
        <w:br/>
        <w:t>tion et de dimension d'un objet posé sur une surface pr~péfin,ie .Une partie de cette étude a été consacrée à la réalisation d'une chaine d'acquisition d'images par une ca~ét'a de télévision. Il a étê nêcessaire de nous initier aux différentes techniques de traitement numérique d'images, tant' dans leurs aspects matériels ciels . que logi Les algorithmes implantés sur le systàme A.R.T.I.S ont êté .. testés sur des images acquises par c~~éra dans les conditions normales d'éclairement ( éclairage du jour) . Lors de la mise en oeuvre des algorithmes de traitement et de calcul, une optimisation du facteur temps ~ été limitée par des contraintes liées aux moyens matériels disponibles qui sont : -Le temps d'une op~ration ~lémentaire effectu~e par I le microprocesseur est de l'ordre de la microseconde . -Le temps de transfert des données d~ la ri1émoire image vers la mémoire centrale, à chaque opération de traitement, est relativement long ( ce transfert est assuré par des circuits entréessorties) . Par ailleurs. le système A.R.T.I.S. que nous r~vons réalisé possède un seul plan mémoire de capacité 64 K octets et par conséquent après chaque traitement localisé, nous ne gardons pas de trace de l'image originale .Sur le plan logiciel, en tant que première approche pour la maitrise de techniques de trt\itement numérique d'images, la méthode de suivi de contour que nous avons développée sur le système n'est valable que pour des objets de contour fermé. Dans le cas contraire il faud~a mettre au point d'autres programmes déterminant l'appartenance des points aux contours par l'analyse des 4 ou 8 con~~exité , ou bien implanter d'autres algorithmes plus performants pour la étection de contour .pour la saisie d'objet en vue d'une application robotique ultérieure, les paramètres de position sont insuffisants pour manipuler un objet. En ef!~et .il faudra déterminer son orienta~ tion par rapport à un axe prédéftni et les points de saisie pour la pince du manipulateur Par ailleurs. nous pensons que l'utilisation d'un langage évolué (Pascal. Fortran ...) facilitera énormément l'élaboration et la mise au point de logiciel de traitement et de calculs plus complexes . La structure modulaire du système A.R.T.I.S. nous permettra dans une étape ultérieure :-Mettre au point un processeur spécialisé dont le telr:ps de cycle serait trés inferieur à 1 fs pour accélerer les opi~rations de calcul. -Réaliser un deuxième plan mémoire image afin de pouvoir garder l'image originale ( acquise) aprés les traitements -Réaliser le couplage de ce système avec un système de commande d'un bras mar,ipulateur pour l'automatisation de lien semble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