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Acquisition et analyse du signal de la parole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Boughazi; Mohamed/ Univérsite De Annaba/ Abida,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tbl.tab.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Bibliogr.p.p.114-117.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système/ algorithme/ acquisition/ analyse/ filtrage/ la parole/ synthèse ./ </w:t>
            </w:r>
          </w:p>
        </w:tc>
      </w:tr>
    </w:tbl>
    <w:p>
      <w:pPr>
        <w:pStyle w:val="Heading3"/>
      </w:pPr>
      <w:r>
        <w:t>Résumé :</w:t>
      </w:r>
    </w:p>
    <w:p>
      <w:r>
        <w:t>La mise au point de la carte d.acquisition qui nous a permis traitement Sur des signaux réels, les résultats obtenus montrent bien sa fiabilité. Notre détection du voisement par comptage des passages par de la fonction d.autocorr~lation a facilité la mise au point d~tecteur de fr~quence fondamentale utilisant ;satisfaisants. L.analyse par la méthode cepstrale montre bien</w:t>
        <w:br/>
        <w:br/>
        <w:t>'de la détection de la fréquence fondamentale. L.estimation des fr~quences des formants (F1,F2) se fait echerche des pics dans l.enveloppe spectrale. recherche des formants était d~montrée par les L.apPlication de l.analyse tre bien l.efficacité de l.utilisation des m~thodes proposées. d'autocorrélation et d'ambigurté, qui ont donné les des fonctions résultats la facilité</w:t>
        <w:br/>
        <w:br/>
        <w:t>e l.algorithme de -ultats trouvés. La par faisabilit~ pour des mots, endu â l'analyse des phrases, â la reconnaissance et la synthèse la parole. l.analyse de la parole,son utilsastion Le travail effectué sert comme un outil performant de base peut</w:t>
        <w:br/>
        <w:br/>
        <w:t>~tre facilement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