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Filtrage et compression des signaux cardiaques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Bouteraa ; Nadia/ Doghmane, A/ </w:t>
            </w:r>
          </w:p>
        </w:tc>
      </w:tr>
      <w:tr>
        <w:trPr>
          <w:trHeight w:val="567"/>
        </w:trPr>
        <w:tc>
          <w:tcPr>
            <w:tcW w:type="dxa" w:w="3000"/>
          </w:tcPr>
          <w:p>
            <w:r>
              <w:t>Nombre de Pages</w:t>
            </w:r>
          </w:p>
        </w:tc>
        <w:tc>
          <w:tcPr>
            <w:tcW w:type="dxa" w:w="7000"/>
          </w:tcPr>
          <w:p>
            <w:r>
              <w:t>107f.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simulation/ signal/ Cardiaque/ filtrage/ analyse la structure/ compression./ </w:t>
            </w:r>
          </w:p>
        </w:tc>
      </w:tr>
    </w:tbl>
    <w:p>
      <w:pPr>
        <w:pStyle w:val="Heading3"/>
      </w:pPr>
      <w:r>
        <w:t>Résumé :</w:t>
      </w:r>
    </w:p>
    <w:p>
      <w:r>
        <w:t>L' électrocardiogramme s'est révélé , depuis déja plusieure décénnies comme un moyen de diagnostic fin et précis .de nos jours on essaye d'exploiter au mieux , cet outil médical , en essayant d'acquérir , de traiter ,de comprimer et d'identifier les données qu'il nous fournit .les travaux effectués dans ce domaine evoluent constamment et illustrent bien l'interét que portent les chercheurs à ce procédé .mais , comme pour toutes les mesures physique, les imperfections de l'instrumentation limitent fondamentalement  les performances de l'ECG .ceci se traduit généralement par l'introduction de bruits et pérturbations , et par des effets  d'altération du signal utile interne par l'appareil de mesure et le mileu de transmision de l'information , à savoir le corps humain.le 50 Hz du secteur est sans nul doute le signal perturbateur qui degrade le plus L4ECG . en effet le signal cardiaque posséde un spectre basse fréquence , ceci rend difficile voir impossible d'éliminer les harmoniques du secteur d'alimentation sans toucher au spectre utile . par ailleurs , le nombre d'informations cardiaques délivré réguliérement par un patient est trés important , ceci rend son acquisition , sa mémorisation pendant un certain temps , impossible.dés lors , il est d'usage de pouvoir se munir d'un procédé sur permettant une bonne compression du signal sans une alteration importante ainsi , la connaissance des caracteristique du signal cardique (son évolution temporelle ,sa bonde spectrale ..etc) nous permis dans un lieu ,d'adapter certains techniques de lissage et de filtrage numérique au traitement du signal cardiaque ,nous avons ensuite exposé et adapté des methodes adaptatve pour l'elimination de bruits au cas de l'ECG, le principe de ces procédés est basé sur l'identifaction à l'aide de techniques adaptative , telle que le gradient .dans le cas de la compression des données cardiaques nous avons été amené à etudier plusieurs techniques , à les tester et à les comparer  ainsi ces procédés douivent reduir au maximum le nombre de données à utiliser tout en inytroduisant un minimum de dégradation sur le signal .ainsi les performance des défférentes techniques de compression se mesurent par le taus de compression et le degrés d'altération.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