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Détection des objets en mouvement dans une scène dynamique par l'analyse des ombres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Torki,Sofiane/ Doghmane, N./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Bibliogr.p.p.82-88. Résumé en arabe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enlèvement d'ombre/ Détection de mouvement/ segmentation spatio-temporelle./ </w:t>
            </w:r>
          </w:p>
        </w:tc>
      </w:tr>
    </w:tbl>
    <w:p>
      <w:pPr>
        <w:pStyle w:val="Heading3"/>
      </w:pPr>
      <w:r>
        <w:t>Résumé :</w:t>
      </w:r>
    </w:p>
    <w:p>
      <w:r>
        <w:t>Diverses applications pratiques nécessitant la détection des objet mobiles dans unc scène dynamique Nous pouvons par exemple citer la télésurveillance, le trafic routier,la commande de robots mobiles dotés de caméra CCD. ..etc.La capacité d'extraction et détection des objets mobiles dans une scène est un problème important et fondamental pour plusieurs applications pratiques.Les ombres sont naturellement présentes dans la très grande majorité des scènes. En effet, c'est unc véritable gêne pour la qualité de l'image et dérange énormément les techniques classiques d'analyse d'images, elles sont souvent considérées comme des éléments pcrturbateurs. Mais elles contiennent aussi en réalité un grand nombre d'informations sur la scènc. Elles constittLent une source d'information sur les objets qui les génèrent, il s'av'cre donc impor-tant de pouvoir les localiser et détecter, afin non seulement de pou\foir compenser leurs effets sur les images mais aussi les exploiter.Les travaux décrits dans ce mémoire porte essentiellement SUL. la détection des objets en mouvement dans une scène dynamique par l'analyse des ombres.Dans un premier temps, nous commençons par présente la problématique quant à la nécessité de la détection des objets en mouvement dans des scènes dynamiques. Ensuitc, étudier. et mettt.e en reuvre les méthodes de détection des objets cn mouvement les plus utilisées La deuxième paliie de ce travail consiste en une présentation de quelques outils théoriques, utilisés pour définir et  e-modéliser les ombres. Enfin nous avons utilisescette information pour détecte les objet mobiles.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