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Inventaire et qualité des eaux des sources du parc national d'el kala n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Bentouili; Med Yassine/ Zouini, 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qualité/ parc national d'el kala/ eaux/ source/ les lacs/ </w:t>
            </w:r>
          </w:p>
        </w:tc>
      </w:tr>
    </w:tbl>
    <w:p>
      <w:pPr>
        <w:pStyle w:val="Heading3"/>
      </w:pPr>
      <w:r>
        <w:t>Résumé :</w:t>
      </w:r>
    </w:p>
    <w:p>
      <w:r>
        <w:t>Le travail de ce mémoire ayant l'étude d'un système de sources d'eau dans un territoire protégé et classé tel que le parc national d'el kala. l'analyse morphostructurale met en évidence la forme cuvette des lacs, sous sol argileux imperméable, couverture végétale dense….avec une lame d'eau précipitée très importante supérieure à 1000 mm/an, ce qui lui confère le caractère de zone humide unique en son genre  dans le bassin méditerranéen. pour la première fois un inventaire a ètè dressé et porté sur un support cartographique. les quelques résultats d'analyse physico-chimique montrent le bon état des eaux à consommer, malheureusement la région est réellement menacée par l'urbanisation anarchique  et risque de perdre le statut de réserve protégée, les rejets des eaux domestiques dans les lacs et les cours d'eau, déforestation et absence d'application des textes en vigueur …. pour une meilleure maitrise et consommation de cette ressource aussi precieuse dans cet espace protégé pour un développement durable, il est recommandé d'entreprendre et de mettre en œuvre des actions concrètes surtout dans le domaine de traitement des eaux à la sortie  des égouts.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