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Typologie Geolchimique et geostataistique des minerais de phosphatesdu gisement de bled el hadba - djebel onk (Algerie oriontale.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Kechiched; Rabeh/ Mezgache, Hamid/ Univercity badji mokhtar./ </w:t>
            </w:r>
          </w:p>
        </w:tc>
      </w:tr>
      <w:tr>
        <w:trPr>
          <w:trHeight w:val="567"/>
        </w:trPr>
        <w:tc>
          <w:tcPr>
            <w:tcW w:type="dxa" w:w="3000"/>
          </w:tcPr>
          <w:p>
            <w:r>
              <w:t>Nombre de Pages</w:t>
            </w:r>
          </w:p>
        </w:tc>
        <w:tc>
          <w:tcPr>
            <w:tcW w:type="dxa" w:w="7000"/>
          </w:tcPr>
          <w:p>
            <w:r>
              <w:t>108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bibliogr.p.p.163-168.- Résumé en arab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phosphate/ typologie/ Djebel Onk/ variogramme/ krigeage ordinaire/ géostatistique./ </w:t>
            </w:r>
          </w:p>
        </w:tc>
      </w:tr>
    </w:tbl>
    <w:p>
      <w:pPr>
        <w:pStyle w:val="Heading3"/>
      </w:pPr>
      <w:r>
        <w:t>Résumé :</w:t>
      </w:r>
    </w:p>
    <w:p>
      <w:r>
        <w:t>Dans les perspectives d’augmenter la production des phosphates à plus de 20 Mt par an à l’horizon de 2020. La Société des Mines de Phosphates SOMIPHOS prévoit la mise en production du gisement de phosphate de Bled El Hadba dans le bassin de Djebel Onk. Ce gisement se situe à 14 km au Sud Est de Bir-El-Ater Tébessa Dans ce gisement, l'horizon phosphaté est une couche sédimentaire d’une épaisseur moyenne de 32 m et d’âge Thanétien supérieur. L’étude structurale de la couche phosphatée, a montré que cette dernière plonge sous un pendage moyen de 8° et une direction de N 320° W. Cette couche est constituée de la superposition de trois sous-couches - sommitale</w:t>
        <w:br/>
        <w:br/>
        <w:t>principale et basale. La typologie pétro-minéralogique et géochimique a été faite pour chacune des sous-couches à l’aide de l’analyse de données chimiques des carottes de sondages et de la confection et l’étude des lames minces de carottes de sondages. L’analyse de données multivariées a montré l’existence de trois (3) associations</w:t>
        <w:br/>
        <w:br/>
        <w:t>chimiques - minéralogiques qui représente : la matière phosphatée, la gangue dolomitique et la gangue argileuse. L’analyse de données monovariées a permis de déterminer les caractéristiques chimiques de chacune des sous-couches. L’étude des lames minces a montré que chacune des sous-couches présente une composition pétro-minéralogique distincte. Le</w:t>
        <w:br/>
        <w:br/>
        <w:t>minerai de la couche principale est généralement de type pseudo-oolithique à grains bien calibrés et à ciment dolomitique ou argileux. Il renferme des débris osseux et de la glauconie. Cependant, les deux sous couches – sommitale et basale se caractérisent par une abondance du ciment dolomitique. La matière phosphatée se présente en grains de différentes tailles</w:t>
        <w:br/>
        <w:br/>
        <w:t>(pellets, pseudo-oolithes et coprolithes) (hétérogrenue). La partie supérieure de la sous couche sommitale est d’avantage siliceuse (quartz et opale essentiellement). Les résultats de la typologie permettront une étude plus poussée de la paléogéographie. Les variogrammes directionnels expérimentaux des teneurs en P2O5, dans le plan de la</w:t>
        <w:br/>
        <w:br/>
        <w:t>couche, ont été calculés et ajustés pour toute la couche phosphatée puis pour chacune des sous-couches. Ces variogrammes ont été utilisés pour le krigeage ordinaire des teneurs 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