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la minéralisation des formations triasiques sur la qualité de l'eau et du sol en zone                                                        SEMI-ARIDE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Ghrieb; Lassaad/ University badji mokhtar/ Djabri,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bibliogr.p.p.137-143. -Résumé en arab,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sorption/ metaux lourds/ apatite/ caractérisation/ ionophore/ électrode modifiée/ spectroscopie d’impédance électrochimique./ </w:t>
            </w:r>
          </w:p>
        </w:tc>
      </w:tr>
    </w:tbl>
    <w:p>
      <w:pPr>
        <w:pStyle w:val="Heading3"/>
      </w:pPr>
      <w:r>
        <w:t>Résumé :</w:t>
      </w:r>
    </w:p>
    <w:p>
      <w:r>
        <w:t>Les apatites, en particulier les espèces carbonatées (francolites), présentent, en plus d’une certaine stabilité chimique et géologique, des capacités à retenir durablement de nombreux éléments et sont donc susceptibles d’être utilisées dans les procédés de dépollutiondes effluents industriels à forte teneur en ions métallique, c’est pourquoi nous avons choisi le</w:t>
        <w:br/>
        <w:br/>
        <w:t>phosphate naturel du gisement de Djebel Onk comme thème de recherche Dans un premier temps, nous avons étudié leur structure (critère important pour lechoix des matériaux). Une attention particulière a également été accordée à l’étude du</w:t>
        <w:br/>
        <w:br/>
        <w:t>comportement thermique et à la détermination de leurs caractéristiques surfacique Des expériences de sorption ont été réalisées pour le chrome hexavalent et l’influence de plusieurs paramètres a été examinée. La simulation des isothermes de sorption à l’aide de modèle de Langmuir a permis d’estimer les valeurs des constantes associées aux équilibres mis en jeu.</w:t>
        <w:br/>
        <w:br/>
        <w:t>Dans un second temps nous avons présenté une étude relative à la fonctionnalisation d’une électrode en platine avec une membrane incorporant le phosphate naturel commeionophore destinée à la détection des cations métalliques divalents (Cd(II), Pb(II), Hg(II)). La caractérisation de cette membrane est effectuée par une technique électrochimique : laspectroscopie d’impédance électrochimique.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