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de la décharge de berka zerga sur la qualité des eaux de la plaine de lé'ued zied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Foufou; Atif/ Hani, 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pollution/ metaux lourds/ lixiviats/ eaux souterraines/ algérie/ décharge urbaine/ acp/ </w:t>
            </w:r>
          </w:p>
        </w:tc>
      </w:tr>
    </w:tbl>
    <w:p>
      <w:pPr>
        <w:pStyle w:val="Heading3"/>
      </w:pPr>
      <w:r>
        <w:t>Résumé :</w:t>
      </w:r>
    </w:p>
    <w:p>
      <w:r>
        <w:t>La decharge d'annaba est l'une des nombreuses decharges non controlees de l'algerie. le site recoit pres de 200 tonnes/jour de dechets solides d'origines urbaines et industrielles, stockes directement sur le sol. dans le secteur de la decharge, les eaux souterraines circulent a faible profondeur dans les formations quaternaires et surtout metamorphiques, caracterisees par une importante permeabilite de fissures. les eaux de la nappe affleurent en plusieurs endroits de la decharge. dans ces conditions, l?fabsence d'un systeme de collecteurs des lixiviats conduit a la degradation de la qualite des eaux souterraines. pour evaluer la pollution des eaux souterraines due aux rejets de la decharge, un suivi durant une annee a ete realise pour les parametres physiques (t?‹, ph, eh, ce, la piezometrie) avec des mesures in situ, et un suivi bimensuel durant une annee pour les metaux lourds. les analyses effectuees se rapportent aux eaux prelevees dans la plaine, ainsi les lixiviats qui proviennent de la decharge urbaine. les resultats montrent une importante charge polluante vehiculee par les lixiviats de la decharge (fer = 1243,89 mg/l, ce = 33220 ƒ?s/cm). le traitement des resultats des analyses chimiques par differentes methodes (acp, profils ?c) ont montre une degradation qualitative importante des eaux souterraines, particulierement dans les secteurs situes en aval de la decharge. dans ces zones polluees, nous avons observe les valeurs suivantes : ce superieures a 5 ms/cm, 7.51 , 3.26 , 0.63 , 25.23 et 9,43 mg.l-1 respectivement pour le zinc, chrome, plomb, cuivre, et le fer. ces concentrations depassent largement les valeurs standard pour l'eau potable. les principaux facteurs responsables de la pollution des eaux souterraines ont ete identifies, il s?fagit de : (1) la faible profondeur de la nappe, (2) la permeabilite de la zone non saturee, (3) une forte humidite et (4) l'absence d'un systeme de drainage des lixiviats. ainsi, pour reduire les risques de pollution des eaux souterraines, il est necessaire d'installer un systeme de collecteurs, de drainage et de traitement des lixiviats et de prevoir des surfaces etanches afin de limiter l'infiltration des eaux polluees.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