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Characteristics of fine suspended sediment in the irish sea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Boudjelas; S/ Université de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maintenance/ material/ Irish sea/ harbours/ chemical/ </w:t>
            </w:r>
          </w:p>
        </w:tc>
      </w:tr>
    </w:tbl>
    <w:p>
      <w:pPr>
        <w:pStyle w:val="Heading3"/>
      </w:pPr>
      <w:r>
        <w:t>Résumé :</w:t>
      </w:r>
    </w:p>
    <w:p>
      <w:r>
        <w:t>The distribution of suspended particulates plays an essential part in relation to the biological and chemical processes occuring in shelf seas .for exemple , chemical absorption and desorption of elements and compounds by particulates play a significant role in cycling processes and may be important in the transport of some heavy metals .cohesive sediment suspensions also give rise to engineering problems , such as maintenance dredging problems in many estuaries and harbours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