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geologique et metallogenique des mineralisations polymetalliques zn pb ba et ferriferes du massif de djebissa tebessa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Belala; Zoheir/ Laouar, Rabah/ Universite BADJI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djébissa/ albo-aptien/ inclusions/ fluides/ isotopes stables/ tebessa/ gisment péridiapiriques/ </w:t>
            </w:r>
          </w:p>
        </w:tc>
      </w:tr>
    </w:tbl>
    <w:p>
      <w:pPr>
        <w:pStyle w:val="Heading3"/>
      </w:pPr>
      <w:r>
        <w:t>Résumé :</w:t>
      </w:r>
    </w:p>
    <w:p>
      <w:r>
        <w:t>Le djebel djébissa , est l'un des anticlinaux à coeur triasique de l'atlas saharien d'algerie nord orientale .formant une barirrière naturelle contre la frontière tunisienne , il recèle des concentratoire polymétallique à pb-zn-cu-ba sous forme sulfurée et sulfatée et du minerai ferrifére essentiellement hématitique .l'ensemble de ces caractères l'on fait un exemple des gisements periodiapirique  dans l'est algerien.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