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Reconstitution des temperatures des fluides des mineralisations à mur karstique de kaolin du djebel debbagh occidental (guelma ,nord est algerien)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Assassi; Fella/ Messaadi, Djelloul/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Bibliogr.p.p.118-130.-Résumé. arab,anglais.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nord-est algerién/ DJ.Debbagh/ formation carbonatée/ kaolin/ métahalloysite/ aptien/ cénomanien/ karst/ , isotopes stables/ patéotempératures/ échange experimental./ </w:t>
            </w:r>
          </w:p>
        </w:tc>
      </w:tr>
    </w:tbl>
    <w:p>
      <w:pPr>
        <w:pStyle w:val="Heading3"/>
      </w:pPr>
      <w:r>
        <w:t>Résumé :</w:t>
      </w:r>
    </w:p>
    <w:p>
      <w:r>
        <w:t>Le djebel debbagh qui fait partie "de mole néritique constantinois" , est situé au nord-est algerien .il présente des formation autochtones d'age jurassique et autochtones essentiellement carbonatées , correspondent à des dépots de plate-forme interne , parfois confinés avec une nette tendance à l'ouverture au crétacé supérieur. les température de ces séries carbonatées , déterminées par les isotopes stable des carbonates (C,O) et mesurées par les inclusions fluides varient entre 50et 130C°.ces températures , ainsi que les valeurs des isotopes stable sont conforme à l'évolution diagénétique d'une série sédimentaire avec de petits afflux d'un mélanges des fluides méttéoriques-hydrothermaux , et salés dans une cadre néotectonique .les minéralisations , contenues dans les poches karstiques, actuellement exploitées pour le kaolin se trouvent encaissées dans calcires aptiens et surtout albo-cénomaniens. ces karsts sont rempis d'argile déteritique et néoformée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