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Discrétisation et résolution de quelques problèmes à frontière libre.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Abdelli; Jihane/ Sissaoui,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Bibliogr.p.p.80-81.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résolution/ Discrétisation/ frontière libre./ </w:t>
            </w:r>
          </w:p>
        </w:tc>
      </w:tr>
    </w:tbl>
    <w:p>
      <w:pPr>
        <w:pStyle w:val="Heading3"/>
      </w:pPr>
      <w:r>
        <w:t>Résumé :</w:t>
      </w:r>
    </w:p>
    <w:p>
      <w:r>
        <w:t>Ce mémoire est consacré essentiellement à l'étude numérique par la méthode des différences finis de quelques problèmes à frontière libre . le chapitre 2 utilise la méthode des approximatios successives avec surrelaxation, le chapitre3 fait appel à la méthode de jacobi avec projection ainsi qu'à la procédure d'accélération de la convergence.. Enfin , le chapitre 4 traite de l'utilisation de deux schémas , l'un explicite et l'autre implicite.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