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hydrologique et hudrochimique dans les bassins versants du nord est algérien bassin de la seybouse kébir est,kébir ouest et saf saf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Belhannachi; Aida/ Djabri, Larbi/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seybouse/ hydrologique/ hudrochimique/ les bassins/ saf saf/ kébir / </w:t>
            </w:r>
          </w:p>
        </w:tc>
      </w:tr>
    </w:tbl>
    <w:p>
      <w:pPr>
        <w:pStyle w:val="Heading3"/>
      </w:pPr>
      <w:r>
        <w:t>Résumé :</w:t>
      </w:r>
    </w:p>
    <w:p>
      <w:r>
        <w:t>Le travail réalisé se rapportante à la détermination quantitative et qualitative de quelques oueds algeréine se divise en qutre étapes : la première comporte une etude  physique des bassins versante du nord est algerièn; la deuxième est consacrée à une etude statistique des données pluviométriques ; la troisième consiste à l'etude du régim hydrométique de quelques bassins du nord est algerièn  ; la qutrième partit comporte une etude du hydrochimique et montre une évolution inverse des élémente chimiques avec le débit.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