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Local area networks simulation and performance study of the ethernet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Amrane; Djamel Eddine/ Université de Glasgow/ Gilles, D.C./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réusmé en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networks simulation/ the etherne/ </w:t>
            </w:r>
          </w:p>
        </w:tc>
      </w:tr>
    </w:tbl>
    <w:p>
      <w:pPr>
        <w:pStyle w:val="Heading3"/>
      </w:pPr>
      <w:r>
        <w:t>Résumé :</w:t>
      </w:r>
    </w:p>
    <w:p>
      <w:r>
        <w:t>Previous work on the modelling and performance analysis of different networks, using the specified techniques of access protocol like, carrier sense multiple access with collision detection, token passing, slotted ring, etc., have been used as a software tool for performance evaluation and comparison of these type of networks and for protocol verification. The purpose of this Thesis is mainly to write a simulation model for the Ethernet network and compare the results obtained with :he measurement and simulation results already done. Outline of this thesisthe thesis consists of five chapters organised as follows : Chapter l : introduces an overview of computer communication network, characteristics of lans  giving their different access protocols and transmitting techniques were introduced . Chapter 2 : describes the details of the three types of Ring networks; slotted ring , register insertion ring and token ring . A comparison of the Ring and the Ethernet networks and their performance distinctions. Chapter 3 : describes the Ethernet network in details followed by its simulation model . Chapter 4 : discusses the results obtained from the simulation of the Ethernet in comparison with the previous work . Chapter 5 : develops and evaluates models for the Cambridge Rings of arbitrary length at both the hardware and the basic bloc protocol levels.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