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Système expert pour la conception des bases de données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Khennoufa; Abdelmalek/ Université de Montréal/ Hoang, Hai-hoc/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Maitre es sciences appliquée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Montréal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