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des performances de compilateurs du langage pascal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Nedjah; Nadia/ Gilles, D.C./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pascal/ performances de compilateurs/ </w:t>
            </w:r>
          </w:p>
        </w:tc>
      </w:tr>
    </w:tbl>
    <w:p>
      <w:pPr>
        <w:pStyle w:val="Heading3"/>
      </w:pPr>
      <w:r>
        <w:t>Résumé :</w:t>
      </w:r>
    </w:p>
    <w:p>
      <w:r>
        <w:t>Cette étude présentera d'abord les différents objectifs  d'éva1uation de performance des systemes informatiques, les techni-  ques utilisées pour les atteindre, ainsi que les différents c`otës  du problème dela caractérisation de la charqe de travail &lt;cf.Ach.II&gt;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