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simulation des systémes de production par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Lachetar; Nadia/ Universite de Badji Mokhtar/ Araar,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modélisation ./ Systemes de production/ interface/ concurrence/ communication./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d' un modèle de simulation est une activitè tres couteuse de l' orienté objet, permet de reduire la difficulté de la specification en profitant du conceot de la rentilisation a été revendiqué comme l'approche pour l' augmentation de la productivité des programmes et l'amelioration de laqualité des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