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Une approche descriptive pour la modélisation de l'interaction communicative inter-agents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Kherissi; Farida/ Laskri, Mohamed tayeb/ </w:t>
            </w:r>
          </w:p>
        </w:tc>
      </w:tr>
      <w:tr>
        <w:trPr>
          <w:trHeight w:val="567"/>
        </w:trPr>
        <w:tc>
          <w:tcPr>
            <w:tcW w:type="dxa" w:w="3000"/>
          </w:tcPr>
          <w:p>
            <w:r>
              <w:t>Nombre de Pages</w:t>
            </w:r>
          </w:p>
        </w:tc>
        <w:tc>
          <w:tcPr>
            <w:tcW w:type="dxa" w:w="7000"/>
          </w:tcPr>
          <w:p>
            <w:r>
              <w:t>98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intélligence artificielle distribuée/ régles de conversation/ intéraction/ </w:t>
            </w:r>
          </w:p>
        </w:tc>
      </w:tr>
    </w:tbl>
    <w:p>
      <w:pPr>
        <w:pStyle w:val="Heading3"/>
      </w:pPr>
      <w:r>
        <w:t>Résumé :</w:t>
      </w:r>
    </w:p>
    <w:p>
      <w:r>
        <w:t>La communication est une notion trés importante dans les recherches de l'intelligence artificielle distibuée (L.A.D.), car elle constituela base de la résolution de problèmes. L'étude d'un modèle de communication entre agents apparaït en effet comme préable à toute conception de système multi-agents cognitif.</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