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Implementation of an data base for the ministry of keevy industries of algeria ou dbase 3 plus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Khendek; Hamid/ Univerité  m./ Obrien, Mark/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base/ ministry of keevy industrie./ </w:t>
            </w:r>
          </w:p>
        </w:tc>
      </w:tr>
    </w:tbl>
    <w:p>
      <w:pPr>
        <w:pStyle w:val="Heading3"/>
      </w:pPr>
      <w:r>
        <w:t>Résumé :</w:t>
      </w:r>
    </w:p>
    <w:p>
      <w:r>
        <w:t>This thesis consists of 4 chapters. The first chapter is an  introduction to databases. The introduction shows why database  systems are more desirable than file systems and describes in general  databases and database management systems. The second one is a  review of techniques used to implement a network database at the  ministry of heavy industries on HP-250. The third chapter describes the  relational database management system DBASE 3 plus. The last chapter  is an implementation of the previous database on DBASE 3 plus and a  conclusion of the system used and the work realised.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