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Une aide à la conception de systèmes de production basée sur la simulation et l'analyse de données volume (1)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Heritier Pingeon; Christine/ Université De Lyon/ M.P.Ladet/ </w:t>
            </w:r>
          </w:p>
        </w:tc>
      </w:tr>
      <w:tr>
        <w:trPr>
          <w:trHeight w:val="567"/>
        </w:trPr>
        <w:tc>
          <w:tcPr>
            <w:tcW w:type="dxa" w:w="3000"/>
          </w:tcPr>
          <w:p>
            <w:r>
              <w:t>Nombre de Pages</w:t>
            </w:r>
          </w:p>
        </w:tc>
        <w:tc>
          <w:tcPr>
            <w:tcW w:type="dxa" w:w="7000"/>
          </w:tcPr>
          <w:p>
            <w:r>
              <w:t>188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Lyon</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Simulation./ Système de production/ aide à la conception/ analyse de données/ </w:t>
            </w:r>
          </w:p>
        </w:tc>
      </w:tr>
    </w:tbl>
    <w:p>
      <w:pPr>
        <w:pStyle w:val="Heading3"/>
      </w:pPr>
      <w:r>
        <w:t>Résumé :</w:t>
      </w:r>
    </w:p>
    <w:p>
      <w:r>
        <w:t>Les formes nouvelles de la concurrence imposent aux systèmes de production une iexibilité de plus  en plus grande. Dans le cas de systèmes très automatisés, les décisions prises lors dela conception  vont fortement conditionner les possibilités du futur système ainsi que ses capacités d'adaptation aux  changements, donc son degré de flexibilité. Le travail contenu dans ce mémoire s'attache précisément  à l'étude de méthodes et d'outils d'aide àla décision pour la conception de systèmes de production.  Le lecteur est d'abord introduit au domaine puis aux outils et méthodes utilisés. Le modèle d'atelier  qui sert de support à la démarcheest alors présenté ; il est suivi d'une réflexion sur la construction des  campagnes de simulations conduites  partir de ce modèle, réiexion concrétisée par la définition d`un  module de génération utomatique de plans de simulations associés au modèle d' atelier choisi.  L' analyse des données utilisée comme méthode d'acquisition des connaissances sur le comportement  des systèmes de production est ensuite envisagée ; une méthode d'analyse est proposée et  expérimentée. Ce travail a été développé avec le souci constant d'explorer les possibilités de l'analyse  de données dans le domaine et d'évaluer ces possibilités sur la base de nombreuses expériences.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