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Poblème d'optimisation de ressources pour systèmes embarqués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Haouari; Aouatef/ Benmohamed, Mohamed/ </w:t>
            </w:r>
          </w:p>
        </w:tc>
      </w:tr>
      <w:tr>
        <w:trPr>
          <w:trHeight w:val="567"/>
        </w:trPr>
        <w:tc>
          <w:tcPr>
            <w:tcW w:type="dxa" w:w="3000"/>
          </w:tcPr>
          <w:p>
            <w:r>
              <w:t>Nombre de Pages</w:t>
            </w:r>
          </w:p>
        </w:tc>
        <w:tc>
          <w:tcPr>
            <w:tcW w:type="dxa" w:w="7000"/>
          </w:tcPr>
          <w:p>
            <w:r>
              <w:t>82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spécification/ syndex/ graphe flot de données/ resynchronisation/ optimisation./ </w:t>
            </w:r>
          </w:p>
        </w:tc>
      </w:tr>
    </w:tbl>
    <w:p>
      <w:pPr>
        <w:pStyle w:val="Heading3"/>
      </w:pPr>
      <w:r>
        <w:t>Résumé :</w:t>
      </w:r>
    </w:p>
    <w:p>
      <w:r>
        <w:t>Les systemes embarques sont des systemes critiques et complexes. Leur optimisation devient donc une necessite afin de satisfaire les contraintes strictes imposees par ce type de systemes. L'optimisation peut porter sur trois aspects differents : l'optimisation memoires, l'optimisation energetique, et l'optimisation de la vitesse d'execution. Afin d.ameliorer ce dernier critere, plusieurs outils de conception exploitent le parallelisme potentiel de l'application, le parallelisme effectif de l'architecture materielle, et faire une adequation entre les deux, et cela lors de l.etape d.ordonnancement. Parmi ces outils l.outil SynDEx. Il permet d.implanter les applications orientees donnees, specifies avec les graphes de flot de donnees, sur des architectures multiprocesseur heterogenes en optimisant la duree totale d'execution lors de l'etape d.adequation et ordonnancement, ces deux etapes sont realisees simultanement par un algorithme base sur une heuristique. En effet, une description flot de donnees d.une application par l.utilisateur permet de detecter et d.exploiter le parallelisme de l.application (en definissant une semantique aux acces aux donnees), de garantir les performances a l.execution (en utilisant de maniere implicite un ordre total d.execution des taches), et de fournir une information precise sur l.application a l.ordonnanceur. Pour atteindre les meilleures performances des applications flot de donnees, nous proposons d.introduire la technique de resynchronisation dans l.etape de modelisation. Cette technique est une methode de transformationdegraphe qui permet de reduire le temps de cycle des applications recursives et iteratives comme les applications destineesa etre executees sur les processeurs de traitement de signal (DSP). Mot cles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