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Théorèmes de décomposition en théorie de la mesure non-commutative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Hadjou; Brahim/ Université de Sherbrooke/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Sherbrooke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 non-commutative/ décomposition/ </w:t>
            </w:r>
          </w:p>
        </w:tc>
      </w:tr>
    </w:tbl>
    <w:p>
      <w:pPr>
        <w:pStyle w:val="Heading3"/>
      </w:pPr>
      <w:r>
        <w:t>Résumé :</w:t>
      </w:r>
    </w:p>
    <w:p>
      <w:r>
        <w:t>Présent travail est consacré à1'extension de plusieurs résultats connus dans la théorie  classique àla théorie de la mesure non-commutative. Nous nous sommes surtout  théorèmes de décomposition de Lebesgue, atomique, de Hahn, de Hahn-Jordan,  régulière, de Hewitt-Yosida et de Lebesgue " forme topologique  Certaines  non-commutatives de ces théorèmes sont obtenues dans le cas général tandis que  obtenues dans les cas les plus importants de la probabilité quantique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