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Computer analysis of véhicule routing and scheduling methods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Fellah; Abdellaziz/ Case wester reserve university/ Kvin n, Bott/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Case western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analysis/ scheduling methods./ </w:t>
            </w:r>
          </w:p>
        </w:tc>
      </w:tr>
    </w:tbl>
    <w:p>
      <w:pPr>
        <w:pStyle w:val="Heading3"/>
      </w:pPr>
      <w:r>
        <w:t>Résumé :</w:t>
      </w:r>
    </w:p>
    <w:p>
      <w:r>
        <w:t>The network topology design problem has long been  recognized as extremely complex and very quickly  becomes nmanageable as the size of the network  increases. Existing heuristic design procedures are  quite efficient for the design of small networks (10-25  nodes); however, they become very costly and even  prohibitive when dealing with large tworks.  The routing and scheduling of vehicles is an area  of practical importance in computer and transportation  management. There are many variations of the vehicle  routing problem ranging from school bus routing to the  dispatching of delivery trucks for consumer goods. In  all cases, the basic components of the problem are a  fleet of vehicles with fixed capabilities (capacity,  speed, etc.) and a set of demands for transporting  certain objects (consumer goods, school children.between specified pickup and delivery points. Th  routing decision involves determining which of th  demands will be satisfied by each vehicle and wha  route each vehicle will follow in servicing it  assigned demand. These decisions should be made t  minimize the cost of operating the vehicle fleet.  Vehicle routes must also satisfy a variety oz  constraints arising from factors such as fixed vehicle  capacity and union regulations on driver work  schedules. Three methods of solution are considered in  this report:  (A) The sweep approach.  (B) The "savings" method.  (C) The clustering approach.  A design methodology based on the clustering of  the network nodes is presented in this report in order  to alleviate the computational cost and computer  storage involved in the design. More specifically, the  emphasis is on the determination of an adaptative  clustering technique which is used to solve the  vehicle-dispatching problem. In terms of solution time,  the clustering approach outperforms the sweep and  "savings" heuristics, but in terms of quality of the  results, the closest competitor is the Gillet and    Miller rithod.  In addition, the clustering heuristic can be improved  by using efficient data structures. The computational  results are illustrated with a routing study for a set  of standard data bases.  The general methodology (based on the fuzzy set theory)  developed here nay be directly applicable or extended  to more particular problems where some sort of  decomposition nust be introduced to alleviate the  difficulty in analysis, design, or evaluation.  Clustering can also be made on the basis of some  decision fu nct 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