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Coordination paradigmes et concepts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Faci; Nora/ Sahnoune, Z./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intelligence artificielle/ Rôle/ Coordination/ langage de coordination/ intélligence/ intélligence artificielle distribuée/ agent/ systèmes   multiagents/ processus de résolution de problèmes/ activité/ dépen- dance/ responsabilité/ allocation de tache/ </w:t>
            </w:r>
          </w:p>
        </w:tc>
      </w:tr>
    </w:tbl>
    <w:p>
      <w:pPr>
        <w:pStyle w:val="Heading3"/>
      </w:pPr>
      <w:r>
        <w:t>Résumé :</w:t>
      </w:r>
    </w:p>
    <w:p>
      <w:r>
        <w:t>Notre travail se situe dans le cadre d'une recherche d'une Théorie de Coordination  générale applicable à différentes manifestations de Processus de Résolution de  Problèmes (logicielle, économique, sociale, communauté animale,...). Notre intérêt est  porté essentiellement sur la forme logicielle.  Le phénomène de la coordination est implicitement présent dans beaucoup de  technologies, de paradigmes, et de concepts logiciels. Notre contribution est une  tentative à la modélisation de tout Processus de Résolution de Problèmes par le biais de  la définition d'une technologie coordination explicite et indépendante.  Un certain nombre de paradigmes et de concepts ainsi que leurs effets dans le  phénomène de la oordination ont été identifiés dans ce travail. Cet ensemble constitue  en fait un support, non exhaustif, de cette technologie nouvelle.  Nous proposons, en outre, une perception de Punivers, par la technologie coordination,  comme des systèmes multiagents. L'application â la critique du modèle de Processus  Logiciels COOL a permis de relever certaines insuffisances et surtout solutionner certains  aspects préalablement non identi?és.  Cette étude a induit un certain nombre d°avantages, parmi lesquels nous citons:  ° Une intégration des efforts de plusieurs disciplines entraînant une uni?cation de  plusieurs modèles de connaissance: les sciences sociales, la linguistique, la psychologie,  etc Une identification de concepts d'une théorie dont les elements sont utilisés jusqu'ici  d'une manière implicite dans beaucoup de disciplines. Ces concepts constituent la base  d'une théorie de coordination explicite pouvant être utilisée pour tout besoin de  réalisations de buts collectifs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