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 expert system for simulation language selection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Elberriche; Zakia/ Université california/ Wangberg, Elaine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California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language selection/ </w:t>
            </w:r>
          </w:p>
        </w:tc>
      </w:tr>
    </w:tbl>
    <w:p>
      <w:pPr>
        <w:pStyle w:val="Heading3"/>
      </w:pPr>
      <w:r>
        <w:t>Résumé :</w:t>
      </w:r>
    </w:p>
    <w:p>
      <w:r>
        <w:t>Expert systems can be very useful to simulationists.  Such features as explanation capabilities and a very  friendly user interface make them more acceptable and even  attractive. The goal of this project is to design and  implement an expert system which will assist simulationists  in selecting a simulation language matched to their applica-  tion and their hardware resources. The system is based on  both a rule based knowledge representation and a relational  database.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