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Plateforme à base de grid pour la gestion des connaissances ( application sur les systèmes CBIR)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Ahmed/ Sellami,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web service/ Grille de calcul/ intergitiel/ globus/ service de grille/ c b i r/ indexation/ segmentation/ </w:t>
            </w:r>
          </w:p>
        </w:tc>
      </w:tr>
    </w:tbl>
    <w:p>
      <w:pPr>
        <w:pStyle w:val="Heading3"/>
      </w:pPr>
      <w:r>
        <w:t>Résumé :</w:t>
      </w:r>
    </w:p>
    <w:p>
      <w:r>
        <w:t>Les Images représentent une grande partie de l’ensemble des données numériques sur le WebActuellement, les bases des images peuvent contenir une vingtaine de milliards d’images, etoccupent plusieurs tera-octets d'espace disqueL’indexation d’un nombre important des images dans des Bases de données réparties et dansdes environnements étérogènes, écessite des ressources de calcul et de stockageimportantes. Afin d’optimiser le temps de reponse des traitements de masse sur les imagesd’une plateforme CBIR (Content-Based Image Retrieval), on a fait recours à la technologiedes grilles.Dans ce travail, on a focalisé notre étude sur l’Intergitiel de grille, Globus Toolkit dans saversion 4, on a étudié son architecture et ses modules afin de pouvoir l’installer et développerune application qui répond à nos besoins. Cette application est onsidérée comme uneplateforme sur laquelle on peut personnaliser les traitements des images, et bien ntendul’indexation et la recherche à base de contenu.Avec ce travail, on a exploité les ressources de la grille de test installée, cette ploitation estréalisée via des mécanismes offerts par Globus afin de couvrir tous les besoins en terme deressource de calcul, ou de stockage, et faire une indexation distribuée d’un nombreexponentiellement croissant des images avec des performances élevées, et donc la réponse àplusieurs questions des moteurs de recherches des images et des systèmes CBIR en général.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