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de logiciels d'optimisation contreinte avec analyse des erreurs de calculs et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Dekli; Faiza/ Université de paris 6/ Arsac,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Optimisation-erreurs de calcul d'arrondi/ erreur expérimentales/ précision et validité de solution/ simulation de méthode-méthode  arithmétiques/ déconvolution de spectre/ </w:t>
            </w:r>
          </w:p>
        </w:tc>
      </w:tr>
    </w:tbl>
    <w:p>
      <w:pPr>
        <w:pStyle w:val="Heading3"/>
      </w:pPr>
      <w:r>
        <w:t>Résumé :</w:t>
      </w:r>
    </w:p>
    <w:p>
      <w:r>
        <w:t>L'implëmentation de la méthode de "Permutation-Perturbation"  algorithme d'optimisation pose les problèmes suivants :   le test d'arrêt optimal peut-il être vérifié dans tous les cas t  - s'il ne peut être vérifié, sommes-nous tout de même sûrs d'avoir  obtenu une approximation de la solution mathématique t et si  tel est le cas, quelle en est alors sa précision t  - Pouvons-nous éviter le temps calcul qui devient grand lorsque  l'on traite de problèmes de grande taille t - Quelle est la précision des résultats obtenus, si les données  du problème sont expérimentales t  Nous apportons dans ce mémoire de nouvelles méthodes origi-  nales et efficaces qui répondent  toutes ces questions.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