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Implémentation d'une infrastructure collaborative asynchrone basée sur les services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Chemam, Chaouki/ Sellami, Mokhtar/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bibligr.f.f.89.90. annexe ._ résumé en arabe français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Architecture orientée services/ S O A/ services web/ plate-forme collaborative/ outile de collaboration synchrone/ outil de collaboration asynchrone/ </w:t>
            </w:r>
          </w:p>
        </w:tc>
      </w:tr>
    </w:tbl>
    <w:p>
      <w:pPr>
        <w:pStyle w:val="Heading3"/>
      </w:pPr>
      <w:r>
        <w:t>Résumé :</w:t>
      </w:r>
    </w:p>
    <w:p>
      <w:r>
        <w:t>Le développement fulgurant des technologies de l’information, des réseaux etdes moyens de communication est à l’origine d’une expansion prodigieuse de’internet. Nous traversons une nouvelle ère où la démocratisation de l’internet et lepassage à la société de l’information conduisent à un processus de globalisationincitant à la mise en relation des personnes et à la constitution d’équipes virtuellesréparties à travers le monde. Ainsi l’ère des plates-formes collaboratives construitesdans des domaines différents (gestion des connaissances, enseignement à distance,Télémédecine, etc.), intègrent plusieurs outils de collaboration (synchrones etasynchrones) et offrent des possibilités d’interaction et d’échange d’informationsentre des groupes de personnes situés dans des endroits différents.L’avènement de l’architecture orientée service et des technologies des servicesweb a apporté de nouvelles solutions à ces plates-formes collaboratives , notammentau niveau de la réactivité et de l’évolutivité, en mettant en place des services ou desmodules de collaboration évolutifs et recomposables au gré des besoins desutilisateurs, et au niveau de la flexibilité et de l’hétérogénéité, en faisantcommuniquer des services de natures différentes, qui peuvent devenir à leur tourdes nouveaux services onsommables par d’autres plates-formes.Le but de ce mémoire est ainsi de proposer une infrastructure collaboratvebasée sur un ensemble d’outils de collaboration asynchrones conçus sous forme deservices et qui peuventêtreconsommés par n’importe quelle plate-forme offrant cetype de 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