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files d'attentes markoriennes etaux de service individuels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Zine-eddine/ Aissani, Amar/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bibliogr.f.f.117.119.</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markoriennes etaux/ service individuel/ </w:t>
            </w:r>
          </w:p>
        </w:tc>
      </w:tr>
    </w:tbl>
    <w:p>
      <w:pPr>
        <w:pStyle w:val="Heading3"/>
      </w:pPr>
      <w:r>
        <w:t>Résumé :</w:t>
      </w:r>
    </w:p>
    <w:p>
      <w:r>
        <w:t>Des l'apparition des premiers systemes telephoniques,iès files  tes ont fait l'objet de nombreux travaux.Apres la deuxième  mondiale ce problème s'est accnn avec la gestion des stocks.  On a découvert que la modelisation de la fiabilite des systèmes.  xes de production se formulait assez bien en terme de files  tentes (ie "arrivées des pannes et services de reparation .  La modelisation des systèmes informatique et teleinformatique a  é un nouvel élan,et ce des les annees 6O,à des etudes de files  attentes caractérisées par des disciplines de services complexes.  Les réseaux de files d'attentes sont un outil majeur dans la  ption des nouveaux ordinateurs,l'évolution et l'amélioration des  s existants ainsi que dans les logiciels de resolution  tique.  Tout système d'attente doit répondre aux flux de demandes qu'il  sensé recevoir.Ces demandes arrivent à des instant? qui sont  'ralement aléatoires.un certain temps est necessaire pour l'exécution  'une demande puis le canal est libre pour recevoir une autre demande  Tout système est caractérisé par la capacité d'exécution on débit.  La théorie des phénomènes d'attente a pour objet d'établir une  lation entre la caractère du flux de demandes,le rendement du canal  1'efficacité du service.On peut,par exemple,utiliser différentes  on fonctions pour calculer le pourcentage moyen de demandes  quittant ainqi le système sans être servies.,le temps moyen  dans la f1le,le poucentage moyen d'occupation des guichets  ces grandeurs decrivent,d'une manière ou d'une autre,  du système à desservir le flu de demande.Si les demandes  à des intervalèes de temps déterminés et que la durée du  était commue,il serait aisé de calculer le debit.En fait la  est tout autre,1es arrivées et le temps de service sont  t aléatoires.0n voit alors apparaitre des files d'attente  ce est lent,On bien quand le demande est feible,les guichets  attendre 1'unitô à servir.  le processus de fonctionnement d'un système d'dttente est un  aleatoire ".Pour être en mesure d'organiser un tel système  d'etudier le processus aléatoire se deroulant dans le  et de donner sa discrb?tion mathématique.C'est l'objcctif de  des phénomènes d'uttente.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