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ascendante des processus logiciels Une approche basée rôle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Zine-eddine/ Ghoul, 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bibliogr.p.p.143.160.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logiciels/ evolution des processus logiciels/ Rôles/ </w:t>
            </w:r>
          </w:p>
        </w:tc>
      </w:tr>
    </w:tbl>
    <w:p>
      <w:pPr>
        <w:pStyle w:val="Heading3"/>
      </w:pPr>
      <w:r>
        <w:t>Résumé :</w:t>
      </w:r>
    </w:p>
    <w:p>
      <w:r>
        <w:t>Des caractéristiques fondamentales des processus logiciels est leur évolutivité.  durant leur durée de vie, ils sont sujets à des_ moditcations profondes. ces  sont la conséquence_ directe de plusieurs facteurs et peuvent avoir des  sur le modèle de processus logiciel lui-même. A ce jour un seul type  des processus logiciel est connu. C'est l'évolution descendante qui prend en  changements depuis la phase initiale d'élaboration du processus logiciel  son implémentation. Pour les processus logiciels anciens où seuls les codes  leurs programmes sont tangibles, incorporer des changements est complexe.  dans ce sens ont été faits mais se sont seulement confmés au niveau des  à cause de l'impossibilité d'obtention de niveaux 'abstraction à partir des  une solution à ce type d'évolution en identitant des concepts adéquats  de niveaux 'abstraction. Le processus à moditer et ses variantes sont  selon le niveau d'abstraction. Sur chaque niveau, des concepts de  des relations de dépendances sont identtés et comparés. La nouvelle  logiciel est obtenue par intégration des concepts qui différent dans  ; logiciel de base et ceux qui restent préservés. De ce fait toutes  y sont incorporée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