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Désign. spécification and validation of telephony systems un loto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Boumezbeur; Reski/ Université Otawa/ Logrippo, Luigi/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209.-212. . - Résumé en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Ottawa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spécification/ validation of telephony/ un loto/ </w:t>
            </w:r>
          </w:p>
        </w:tc>
      </w:tr>
    </w:tbl>
    <w:p>
      <w:pPr>
        <w:pStyle w:val="Heading3"/>
      </w:pPr>
      <w:r>
        <w:t>Résumé :</w:t>
      </w:r>
    </w:p>
    <w:p>
      <w:r>
        <w:t xml:space="preserve">Lotoslanguage of temporal ordering specitcation) is a formal descrip-  tion technique (fdt) based on the temporal ordering of observational behaviour.  it was developed by iso (intemational organization for standardization) for the  specitcation of osi (open systems interconnection) services and- protocols.  the topic of this thesis istrst to present a sample telephone system, then  formalize it using the fdt language lotos. the resulting lotos specitcation  is then validated using an interpreter. testing the design of the speci?cation is  also discussed.  the thesis is structmed as follows: in chapter 1, we preser 1 introduction to  formal description techniques along with a review of some rei. .it existing work  and the objective of this thesis. the next chapter gives an overview of the lotos  language. in chapter 3, we discuss concepts of design of telecommunication  systems. the chapter includes an overview of telecommunication systems along  with an informal description of a sample telephone system. in chapter 4,  we discuss the fonnal description in lotos of the sample telephone system  presented in chapter 3. validation and testing of the specitcation are also part  of chapter 3. the conclusions of the thesis along with a discussion of possible  future work follow in chapter 5.  appendix a presents some technical abbreviations, and the sample telephone  speci?cation is presented in appendix b. in appendix c, we present a set of test  processes used to test the sample telephone specitcation. finally, some important  symbolic trees of processes are presented in appendix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