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Réprèsentation sémentique des scripts de collaboration pour les systemes d"inpprentissage collaboratifs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Boukehila; Ali/ Seridi, Hassina/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eiah/ Système collaboratif/  csdw/ </w:t>
            </w:r>
          </w:p>
        </w:tc>
      </w:tr>
    </w:tbl>
    <w:p>
      <w:pPr>
        <w:pStyle w:val="Heading3"/>
      </w:pPr>
      <w:r>
        <w:t>Résumé :</w:t>
      </w:r>
    </w:p>
    <w:p>
      <w:r>
        <w:t>Le CSCL est un domaine passionnant car il est multidisciplinaire, ça parait une évidence pour des êtres humains d’additionner leur compétence et leur savoir pour apprendre, ou pour exécuter une tâche donnée, Coopérer, Collaborer pour apprendre, apprendre à coopérer. Un des objectifs du CSCL est favoriser l’interdépendance dans l’apprentissage et améliorer les interactions à travers des activités pédagogique dans un groupe. Un groupe d’apprenant est composé d’un ensemble d’individus, donc il faut prendre en compte l’individualisme et l’hétérogénéité de ses membres, la responsabilité de chacun et l’entraide mutuelle pour développer des compétences dans un travail en équipe. Un script de collaboration est un scénario établie par le tuteur qui va englober la définition des participants et l’ensemble des tâches dans l’activité pédagogique collaborative. Le modèle de script collaboratif permet de décrire un script CSCL avec un petit nombre de composantes (participants, groupes, rôles, ressources et activités) et de mécanismes (formation de groupes, distribution de composantes et séquencement). Les scripts CSCL existants sont souvent très contextualisés (plateforme, contexte d'apprentissage, etc.) et il fallait trouver un moyen pour les décrire de façon uniforme et plus générique, Intégration de perspectives multiples (informatique, éducation et psychologie). Pour résoudre ces inconvénients, nous proposons dans ce mémoire un modèle de création de scripts qui veut être totalement indépendant du contexte, il permet la création d’un script qui soit efficace et proche des besoins des tuteurs et des apprenants. Le modèle a été conçu utilisant les systèmes multi-agents, nous avons opté pour cette solution parce qu’elle nous a paru évidente, le système créé à partir du modèle vérifie la définition de Ferber quand aux systèmes multi-agents. A partir du modèle de création de scripts, nous avons créé pour une application concrète un système que nous avons nommé SYSCOLLAB, ce système traite la collaboration d’un ensemble d’étudiants en vue d’une analyse d’une question philosophique.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