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conjointe &amp; vérification par modèle pour des systèmes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Boudour; Rachid/ University badji mokhtar/ Laskri, Mohamed tayeb/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f.f.163.170. _Résumé en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propriétés/ Conception conjointe/ systemC/ partitionnement/ cosimulation/ model checking symbolique/ automates temporisés/ réseaux de petri t-temporels/ réseaux de petri colorés/ evvironnement/ </w:t>
            </w:r>
          </w:p>
        </w:tc>
      </w:tr>
    </w:tbl>
    <w:p>
      <w:pPr>
        <w:pStyle w:val="Heading3"/>
      </w:pPr>
      <w:r>
        <w:t>Résumé :</w:t>
      </w:r>
    </w:p>
    <w:p>
      <w:r>
        <w:t>La verification formelle est devenue un defi majeur de la conception des systemes  materiels/logiciels, due en grande partie a leur complexite croissante et le cout prohibitif de  la correction des erreurs. De même quil est devenu imperieux de developper de nouvelles  metnodologies Une alternative   prometteuse est d'e'lever le niveau d'absr,raction au niveau  systeme dans une demarche uniliee Dans ce contexte, nos travaux ont porte sur une  revisite critique et enricnissante des differentes etapes de codesign, serendant de la  specification a la synthese, en proposant voire améliorant selon les cas des rnetlvodes et  des outils 5 Cette metliodologie s'est vue completee par des moyens appropriés de model  cnecking symbolique pour tenter de maitriser lexplosion combinatoire galopante de  lespace des etats, principal probleme de cette verification, en oltrant cli?erents modeles  temporises et temporels de specification de systemes et des extensions de logique  arporescente pour les proprietes ainsi que des model cnecjkers adeduats pour tenter de  nisser le niveau de confiance dans la conception des systemes materiels/log.rciels des le  debut du cycle. Lensemble des composants est destine  être iritegic* dans un  environnement de developpement et de coveritication de systemes complexes en  privilegiant la reconfiguration la réutilisation, et meme en inculguant de ts clec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