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évaluation des techniques de contrôle d'accés concurents dans le s.g.b.d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Bergheul; Fettouma/ Université Houari Boumédienne/ Sansal, M.b/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bibliogr.f.f.103.106.</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évaluation des technique/ détectant les interblocage/ concurent dansl/ </w:t>
            </w:r>
          </w:p>
        </w:tc>
      </w:tr>
    </w:tbl>
    <w:p>
      <w:pPr>
        <w:pStyle w:val="Heading3"/>
      </w:pPr>
      <w:r>
        <w:t>Résumé :</w:t>
      </w:r>
    </w:p>
    <w:p>
      <w:r>
        <w:t>Ci-dessous, nous présentons sommairement le contenu de notreEn pkemiaa lieu, nous définissons quelques concepts de base fon-; nous analysons les problemes poses par les acces conflictuelsnous donnons les solutions apportées. Nous précisons enfin la clas-des mécanismes de résolution en Faisant apparaitre deux typesrésolution du verrou mortel : la detection-guérison et la prevention.Dans le chapitre 2, nous effectuons une synthese des principauxsur le controls d‘acces concurrents dens les systemes de gestionbases de données réparties en fournissant de fagon unifies un mode de</w:t>
        <w:br/>
        <w:br/>
        <w:t>nt de chaque technique et en précisant les domaines d'appli-reNous avons dressé au chapitre 3, une lists de criteres qualitatifsjugement de ces techniques. Pour chacun de ces criteres, nous exami-le comportement des différentes echniques et nous étsblissons unefication générale des mécanismes étudiés.Le chapitre 4 aborde.un aspect mplémentaire du précédent :quantitatif. Pour chacun des criteres quantitatifs définis,évaluons les performances des divers mécanismes.</w:t>
        <w:br/>
        <w:br/>
        <w:t>En deuxiéme Eieu, nous présentons le développement du systems dee des Acces Concurrents - CAC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