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réseau de transport sur un ensemble de machines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Belmesk; Zoubir/ Université Houari Boumédienne/ Gilles, D.S./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de transport/ ensemble de machine/ </w:t>
            </w:r>
          </w:p>
        </w:tc>
      </w:tr>
    </w:tbl>
    <w:p>
      <w:pPr>
        <w:pStyle w:val="Heading3"/>
      </w:pPr>
      <w:r>
        <w:t>Résumé :</w:t>
      </w:r>
    </w:p>
    <w:p>
      <w:r>
        <w:t>Années, la téléinformat  universitaires, où généralement 1'enseignement néces-  entre la théorie et la pratique 1'inexistence  transmission de données affecte sérieusement les appli›  qui sont liées aux échanges de données.  université, afin de résoudre ce problème, on a eu re-  d'exploitatioi  offrant la possibilité de créer un  de "machines virtuelles, pour rêaliaer un émulateur  de transmission de données qui a fait 1'objet de notre tra  là présentation a'articu1e autour de quatres chapitres vir-  est consacré â 1'introduction de la notion des machines  ' d ième  u moniteur MME2 de la machine SENS/MITRA 125, dans le eux  evue la notion du réaeàu et ses outils de  nous passons en r  le troisième chapitre décrit 1'architecture et la rêali  9  de notre système, enfin le quatrième chapitre sera réservé aux  tés d'uti1isation du systèmque connait de nombreux succès  r la technologie informatique d'une manière spectacu-  offrant à l'in£ormation, le signal électrique comme moyen de  qui lui permet de circuler ? travers le monde à des vitesses  une ce 1a lumièm [amas] .  technologique a permis aux architectures distribuées de con-  Jour, de se développer rapidenent à leur tour, et d'offrir des  efficaces à_certaina problèmes que sonlèvent les systèmes in-  centralieée, car quelque fois ces derniers deviennent inopé-  la complexité de certaines applications qui nécessitent inévi-  un besoin de coopérer avec des entités appartenant à des sites  part, les bases de données réparties ont remporté à 1'aide de  têlêinformatique des succès certains et s'intègrent d'une ma-  iiscutable dans la gamme du logiciel "Bases de données".  devant tous ces avantages que nous procure ce nouveau moyen  , il existe divers problèmes engendrés par le transport  tels que z l'affaiblissement et les distorsions du signal,  et les duplicatione de mesaages etc.  le remédier à ces effets indésirables, diverses équipes de recher-  et mettent en place des logiciels de protocoles de dif-  r?seaux, et par lesquels on peut évaluer les performances d'un  de communication.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