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et réalisation d'un environnement de programmation Idées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Belkhatir; Noureddine/ Université Houari Boumédienne/ Benyelles, C.b/ </w:t>
            </w:r>
          </w:p>
        </w:tc>
      </w:tr>
      <w:tr>
        <w:trPr>
          <w:trHeight w:val="567"/>
        </w:trPr>
        <w:tc>
          <w:tcPr>
            <w:tcW w:type="dxa" w:w="3000"/>
          </w:tcPr>
          <w:p>
            <w:r>
              <w:t>Nombre de Pages</w:t>
            </w:r>
          </w:p>
        </w:tc>
        <w:tc>
          <w:tcPr>
            <w:tcW w:type="dxa" w:w="7000"/>
          </w:tcPr>
          <w:p>
            <w:r>
              <w:t>156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bibliogr.annexe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1984</w:t>
            </w:r>
          </w:p>
        </w:tc>
      </w:tr>
      <w:tr>
        <w:trPr>
          <w:trHeight w:val="567"/>
        </w:trPr>
        <w:tc>
          <w:tcPr>
            <w:tcW w:type="dxa" w:w="3000"/>
          </w:tcPr>
          <w:p>
            <w:r>
              <w:t>Sujet(s)</w:t>
            </w:r>
          </w:p>
        </w:tc>
        <w:tc>
          <w:tcPr>
            <w:tcW w:type="dxa" w:w="7000"/>
          </w:tcPr>
          <w:p>
            <w:r>
              <w:t xml:space="preserve">réalisation d'un environnement/ d'une représentation intern/ manipulation de l'éditeu/ </w:t>
            </w:r>
          </w:p>
        </w:tc>
      </w:tr>
    </w:tbl>
    <w:p>
      <w:pPr>
        <w:pStyle w:val="Heading3"/>
      </w:pPr>
      <w:r>
        <w:t>Résumé :</w:t>
      </w:r>
    </w:p>
    <w:p>
      <w:r>
        <w:t>Ce document, nous présentons le projet d'étude et de réalisation  contribuant au developpement d'outils d'assistance à la production  ides, bâti autour de concepts designés sous le vocable de genie  a regroupé une équipe de quatre ersonnes constituant le  logiciel du dilm* et a été developpé en collaboration avec  du laboratoire de genie informatique de l'imag  jet vise la mise en place d'une base de travail pour les recher-  de genie logiciel.  est divisé en trois parties:  une première partie, d'un niveau général définit les environnements  de programmation, nous passons en revue les tendances actuelles  illustrées par une étude bibliographique, en s'appuyant plus  particulièrement sur les systèmes integrés d'aide à la production,  objet de notre projet. cette partie est susceptible d'interesser  personnes concernées par le genie logiciel, les autres parties  plus techniques.  seconde partie, définit les notions essentielles de l'atelier  production que nous avons réalisé, autour de deux concepts: la représentation interne des objets programmes.  informatique et logique mathématique.  d'informatique et de mathematiques appliquées de grenoble.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