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et réalisation d'un environnement de programme Idées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Ahmed nacer; Mohamed/ Université Houari Boumédienne/ Benyelles, C.b/ </w:t>
            </w:r>
          </w:p>
        </w:tc>
      </w:tr>
      <w:tr>
        <w:trPr>
          <w:trHeight w:val="567"/>
        </w:trPr>
        <w:tc>
          <w:tcPr>
            <w:tcW w:type="dxa" w:w="3000"/>
          </w:tcPr>
          <w:p>
            <w:r>
              <w:t>Nombre de Pages</w:t>
            </w:r>
          </w:p>
        </w:tc>
        <w:tc>
          <w:tcPr>
            <w:tcW w:type="dxa" w:w="7000"/>
          </w:tcPr>
          <w:p>
            <w:r>
              <w:t>127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Alger</w:t>
            </w:r>
          </w:p>
        </w:tc>
      </w:tr>
      <w:tr>
        <w:trPr>
          <w:trHeight w:val="567"/>
        </w:trPr>
        <w:tc>
          <w:tcPr>
            <w:tcW w:type="dxa" w:w="3000"/>
          </w:tcPr>
          <w:p>
            <w:r>
              <w:t>Année de Soutenance</w:t>
            </w:r>
          </w:p>
        </w:tc>
        <w:tc>
          <w:tcPr>
            <w:tcW w:type="dxa" w:w="7000"/>
          </w:tcPr>
          <w:p>
            <w:r>
              <w:t>1984</w:t>
            </w:r>
          </w:p>
        </w:tc>
      </w:tr>
      <w:tr>
        <w:trPr>
          <w:trHeight w:val="567"/>
        </w:trPr>
        <w:tc>
          <w:tcPr>
            <w:tcW w:type="dxa" w:w="3000"/>
          </w:tcPr>
          <w:p>
            <w:r>
              <w:t>Sujet(s)</w:t>
            </w:r>
          </w:p>
        </w:tc>
        <w:tc>
          <w:tcPr>
            <w:tcW w:type="dxa" w:w="7000"/>
          </w:tcPr>
          <w:p>
            <w:r>
              <w:t xml:space="preserve">réalisation d'un environnement/ représentation/ l'outil inde/ </w:t>
            </w:r>
          </w:p>
        </w:tc>
      </w:tr>
    </w:tbl>
    <w:p>
      <w:pPr>
        <w:pStyle w:val="Heading3"/>
      </w:pPr>
      <w:r>
        <w:t>Résumé :</w:t>
      </w:r>
    </w:p>
    <w:p>
      <w:r>
        <w:t>Dansce document, nous présentons le projet d'étude et de réalisation  contribuant au developpement d'outils d'assistance à la production  idees, bâti autour de concepts designés sous le vocable de genie  travail a regroupé une équipe de quatre personnes constituant le  logiciel du dilm* et a été developpé en collaboration avec  du laboratoire de genie informatique de l'imag  proget vise la mise en place d'une base de travail pour les recher-  de genie logiciel.  document est divisé en trois parties:  une première partie, d'un niveau général définit les environnements  de programmation. nous passons en revue les tendances actuelles  illustrées par une étude bibliographique, en s'appuyant plus  particulièrement sur les systèmes integrés d'aide à la production,  objet de notre projet. cette partie est susceptible d'interesser  les personnes concernées par le genie logiciel, les autres parties  sont plus techniques.  une seconde partie, définit les notions essentielles de l'atelier  de production que nous avons réalisé, autour de deux concepts: la représentation interne des objets programmes.  informatique et logique mathematique.  tut d'informatique et de athematiques appliquées de grenoble.b  les differents outils s'articulant autour de cette repré-  sentation interne.  troisième partie expose d'une manière detaillée le metteur  pvint du système idees.   par une conclusion en présentant le bilan et les  ` ne  ce systeme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