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approche generique pour la réutilisation des logiciels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Houhamdi, Zina/ Ghoul, Said/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réutilisation de logiciel/ rdf/ </w:t>
            </w:r>
          </w:p>
        </w:tc>
      </w:tr>
    </w:tbl>
    <w:p>
      <w:pPr>
        <w:pStyle w:val="Heading3"/>
      </w:pPr>
      <w:r>
        <w:t>Résumé :</w:t>
      </w:r>
    </w:p>
    <w:p>
      <w:r>
        <w:t>La réutilisation des logiciels a été revendique comme étant la meilleure approche qui  augmente la productivité du programmeur et la qualité de son logiciel. Un des problèmes à  résoudre pour acquérir un haut degré de réutilisabilité est Porganisation d°une base de  données de Pexpérience logicielle, dans laquelle les informations sur les produits logiciels et  leurs processus sont organisées et stockées de manière à rehausser la réutilisation.  Cette thèse présente un système pour déinir et construire une telle base de données  appelée RDF (Reuse Description Formalism). Le formalisme est une généralisation de  1°approche d°indexation à facettes pour la classi?cation dans le sens ou il offre des facilités  pour défmir les facettes, les termes et les descriptions des objets. Contrairement à l°approche  des facettes, les objets dans RDF peuvent être décrit par un ensemble de facettes différentes et  en fonction des descriptions d°autres objets. Ceci permet à la bibliothèque logicielle de  contenir différentes classes d°objets, de représenter différents types de relations entre ces  classes et de rainer le schéma de classification en ajoutant plus de détails pour supporter des  domaines dapplication en expansion et pour réduire l°impact de Panalyse du domaine  initiale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